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C331" w14:textId="68B74549" w:rsidR="002A19F2" w:rsidRDefault="00462530" w:rsidP="002A19F2">
      <w:pPr>
        <w:rPr>
          <w:lang w:eastAsia="ja-JP"/>
        </w:rPr>
      </w:pPr>
      <w:r>
        <w:rPr>
          <w:rFonts w:hint="eastAsia"/>
          <w:lang w:eastAsia="ja-JP"/>
        </w:rPr>
        <w:t>別紙</w:t>
      </w:r>
      <w:r w:rsidR="002A19F2" w:rsidRPr="002A19F2">
        <w:rPr>
          <w:rFonts w:hint="eastAsia"/>
          <w:lang w:eastAsia="ja-JP"/>
        </w:rPr>
        <w:t>様式</w:t>
      </w:r>
      <w:r w:rsidR="0004680D">
        <w:rPr>
          <w:rFonts w:hint="eastAsia"/>
          <w:lang w:eastAsia="ja-JP"/>
        </w:rPr>
        <w:t>1</w:t>
      </w:r>
      <w:r w:rsidR="002A19F2" w:rsidRPr="002A19F2">
        <w:rPr>
          <w:rFonts w:hint="eastAsia"/>
          <w:lang w:eastAsia="ja-JP"/>
        </w:rPr>
        <w:t>（第4条，第5条関係）</w:t>
      </w:r>
    </w:p>
    <w:p w14:paraId="1FF446BC" w14:textId="6863E0F1" w:rsidR="0044570F" w:rsidRPr="002A19F2" w:rsidRDefault="0044570F" w:rsidP="0044570F">
      <w:pPr>
        <w:jc w:val="right"/>
        <w:rPr>
          <w:rStyle w:val="afb"/>
          <w:lang w:eastAsia="ja-JP"/>
        </w:rPr>
      </w:pPr>
      <w:r>
        <w:rPr>
          <w:rFonts w:hint="eastAsia"/>
          <w:lang w:eastAsia="ja-JP"/>
        </w:rPr>
        <w:t xml:space="preserve">　　年　　月　　日</w:t>
      </w:r>
    </w:p>
    <w:p w14:paraId="7AA55B98" w14:textId="3A03677B" w:rsidR="002A19F2" w:rsidRDefault="002A19F2" w:rsidP="008B4F14">
      <w:pPr>
        <w:pStyle w:val="1"/>
        <w:jc w:val="center"/>
        <w:rPr>
          <w:b w:val="0"/>
          <w:lang w:eastAsia="ja-JP"/>
        </w:rPr>
      </w:pPr>
      <w:r w:rsidRPr="002A19F2">
        <w:rPr>
          <w:rStyle w:val="afb"/>
          <w:rFonts w:asciiTheme="minorEastAsia" w:eastAsiaTheme="minorEastAsia" w:hAnsiTheme="minorEastAsia"/>
          <w:color w:val="auto"/>
          <w:sz w:val="24"/>
          <w:lang w:eastAsia="ja-JP"/>
        </w:rPr>
        <w:t>国立</w:t>
      </w:r>
      <w:r w:rsidR="008046F1" w:rsidRPr="002A19F2">
        <w:rPr>
          <w:rStyle w:val="afb"/>
          <w:rFonts w:asciiTheme="minorEastAsia" w:eastAsiaTheme="minorEastAsia" w:hAnsiTheme="minorEastAsia"/>
          <w:color w:val="auto"/>
          <w:sz w:val="24"/>
          <w:lang w:eastAsia="ja-JP"/>
        </w:rPr>
        <w:t>大学法人金沢大学　職員表彰推薦書</w:t>
      </w:r>
    </w:p>
    <w:p w14:paraId="29FA9EFD" w14:textId="77777777" w:rsidR="008B4F14" w:rsidRDefault="008B4F14">
      <w:pPr>
        <w:rPr>
          <w:b/>
          <w:lang w:eastAsia="ja-JP"/>
        </w:rPr>
      </w:pPr>
    </w:p>
    <w:p w14:paraId="4DDDF713" w14:textId="77777777" w:rsidR="008046F1" w:rsidRDefault="008046F1">
      <w:pPr>
        <w:rPr>
          <w:lang w:eastAsia="ja-JP"/>
        </w:rPr>
      </w:pPr>
      <w:r>
        <w:rPr>
          <w:b/>
          <w:lang w:eastAsia="ja-JP"/>
        </w:rPr>
        <w:t xml:space="preserve">表彰区分　</w:t>
      </w:r>
      <w:r w:rsidR="002A19F2">
        <w:rPr>
          <w:rFonts w:hint="eastAsia"/>
          <w:b/>
          <w:lang w:eastAsia="ja-JP"/>
        </w:rPr>
        <w:t xml:space="preserve">：　</w:t>
      </w:r>
      <w:r>
        <w:rPr>
          <w:lang w:eastAsia="ja-JP"/>
        </w:rPr>
        <w:t>□功績表彰</w:t>
      </w:r>
      <w:r w:rsidR="008B4F14">
        <w:rPr>
          <w:rFonts w:hint="eastAsia"/>
          <w:lang w:eastAsia="ja-JP"/>
        </w:rPr>
        <w:t>（第</w:t>
      </w:r>
      <w:r w:rsidR="00E03001">
        <w:rPr>
          <w:rFonts w:hint="eastAsia"/>
          <w:lang w:eastAsia="ja-JP"/>
        </w:rPr>
        <w:t>４</w:t>
      </w:r>
      <w:r w:rsidR="008B4F14">
        <w:rPr>
          <w:rFonts w:hint="eastAsia"/>
          <w:lang w:eastAsia="ja-JP"/>
        </w:rPr>
        <w:t>条）</w:t>
      </w:r>
    </w:p>
    <w:p w14:paraId="39C33995" w14:textId="575C7981" w:rsidR="00253A07" w:rsidRDefault="008046F1" w:rsidP="008046F1">
      <w:pPr>
        <w:ind w:firstLineChars="600" w:firstLine="1260"/>
        <w:rPr>
          <w:lang w:eastAsia="ja-JP"/>
        </w:rPr>
      </w:pPr>
      <w:r>
        <w:rPr>
          <w:lang w:eastAsia="ja-JP"/>
        </w:rPr>
        <w:t xml:space="preserve">　□学長特別表彰</w:t>
      </w:r>
      <w:r w:rsidR="008B4F14">
        <w:rPr>
          <w:rFonts w:hint="eastAsia"/>
          <w:lang w:eastAsia="ja-JP"/>
        </w:rPr>
        <w:t>（第</w:t>
      </w:r>
      <w:r w:rsidR="00E03001">
        <w:rPr>
          <w:rFonts w:hint="eastAsia"/>
          <w:lang w:eastAsia="ja-JP"/>
        </w:rPr>
        <w:t>５</w:t>
      </w:r>
      <w:r w:rsidR="008B4F14">
        <w:rPr>
          <w:rFonts w:hint="eastAsia"/>
          <w:lang w:eastAsia="ja-JP"/>
        </w:rPr>
        <w:t>条）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320"/>
        <w:gridCol w:w="5002"/>
      </w:tblGrid>
      <w:tr w:rsidR="00253A07" w14:paraId="7D5D3B57" w14:textId="77777777" w:rsidTr="002A19F2">
        <w:tc>
          <w:tcPr>
            <w:tcW w:w="4320" w:type="dxa"/>
          </w:tcPr>
          <w:p w14:paraId="1184E1C6" w14:textId="6F98789D" w:rsidR="00253A07" w:rsidRDefault="003E162A">
            <w:pPr>
              <w:rPr>
                <w:lang w:eastAsia="ja-JP"/>
              </w:rPr>
            </w:pPr>
            <w:r w:rsidRPr="003E162A">
              <w:rPr>
                <w:lang w:eastAsia="ja-JP"/>
              </w:rPr>
              <w:t>所属（団体の場合は代表者の所属）</w:t>
            </w:r>
          </w:p>
        </w:tc>
        <w:tc>
          <w:tcPr>
            <w:tcW w:w="5002" w:type="dxa"/>
          </w:tcPr>
          <w:p w14:paraId="31D617D6" w14:textId="77777777" w:rsidR="00253A07" w:rsidRDefault="00253A07">
            <w:pPr>
              <w:rPr>
                <w:lang w:eastAsia="ja-JP"/>
              </w:rPr>
            </w:pPr>
          </w:p>
        </w:tc>
      </w:tr>
      <w:tr w:rsidR="00253A07" w14:paraId="623C062B" w14:textId="77777777" w:rsidTr="002A19F2">
        <w:tc>
          <w:tcPr>
            <w:tcW w:w="4320" w:type="dxa"/>
          </w:tcPr>
          <w:p w14:paraId="7CBA6732" w14:textId="34326BE9" w:rsidR="00253A07" w:rsidRDefault="008B4F14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職名</w:t>
            </w:r>
            <w:r w:rsidR="003E162A" w:rsidRPr="003E162A">
              <w:rPr>
                <w:lang w:eastAsia="ja-JP"/>
              </w:rPr>
              <w:t>（団体の場合は代表者の</w:t>
            </w:r>
            <w:r w:rsidR="003E162A">
              <w:rPr>
                <w:rFonts w:hint="eastAsia"/>
                <w:lang w:eastAsia="ja-JP"/>
              </w:rPr>
              <w:t>職名</w:t>
            </w:r>
            <w:r w:rsidR="003E162A" w:rsidRPr="003E162A">
              <w:rPr>
                <w:lang w:eastAsia="ja-JP"/>
              </w:rPr>
              <w:t>）</w:t>
            </w:r>
          </w:p>
        </w:tc>
        <w:tc>
          <w:tcPr>
            <w:tcW w:w="5002" w:type="dxa"/>
          </w:tcPr>
          <w:p w14:paraId="1615ED44" w14:textId="77777777" w:rsidR="00253A07" w:rsidRDefault="00253A07">
            <w:pPr>
              <w:rPr>
                <w:lang w:eastAsia="ja-JP"/>
              </w:rPr>
            </w:pPr>
          </w:p>
        </w:tc>
      </w:tr>
      <w:tr w:rsidR="00253A07" w14:paraId="7FD4B5D4" w14:textId="77777777" w:rsidTr="002A19F2">
        <w:tc>
          <w:tcPr>
            <w:tcW w:w="4320" w:type="dxa"/>
          </w:tcPr>
          <w:p w14:paraId="33C58FDD" w14:textId="34611F0C" w:rsidR="00253A07" w:rsidRDefault="008046F1">
            <w:r>
              <w:t>氏名</w:t>
            </w:r>
            <w:r w:rsidR="003E162A">
              <w:rPr>
                <w:rFonts w:hint="eastAsia"/>
                <w:lang w:eastAsia="ja-JP"/>
              </w:rPr>
              <w:t>又は</w:t>
            </w:r>
            <w:r>
              <w:t>団体名</w:t>
            </w:r>
          </w:p>
        </w:tc>
        <w:tc>
          <w:tcPr>
            <w:tcW w:w="5002" w:type="dxa"/>
          </w:tcPr>
          <w:p w14:paraId="3D2CEEDF" w14:textId="77777777" w:rsidR="00253A07" w:rsidRDefault="00253A07"/>
        </w:tc>
      </w:tr>
      <w:tr w:rsidR="00253A07" w14:paraId="64071424" w14:textId="77777777" w:rsidTr="002A19F2">
        <w:tc>
          <w:tcPr>
            <w:tcW w:w="4320" w:type="dxa"/>
          </w:tcPr>
          <w:p w14:paraId="1E507789" w14:textId="5253114E" w:rsidR="00253A07" w:rsidRDefault="008046F1">
            <w:r>
              <w:rPr>
                <w:rFonts w:hint="eastAsia"/>
                <w:lang w:eastAsia="ja-JP"/>
              </w:rPr>
              <w:t>表彰</w:t>
            </w:r>
            <w:r>
              <w:rPr>
                <w:lang w:eastAsia="ja-JP"/>
              </w:rPr>
              <w:t>分野</w:t>
            </w:r>
            <w:r w:rsidR="00695F2C" w:rsidRPr="00695F2C">
              <w:rPr>
                <w:lang w:eastAsia="ja-JP"/>
              </w:rPr>
              <w:t>（該当するものに☑してください。</w:t>
            </w:r>
            <w:r w:rsidR="00695F2C" w:rsidRPr="00695F2C">
              <w:t>）</w:t>
            </w:r>
          </w:p>
        </w:tc>
        <w:tc>
          <w:tcPr>
            <w:tcW w:w="5002" w:type="dxa"/>
          </w:tcPr>
          <w:p w14:paraId="1C5F06E2" w14:textId="77777777" w:rsidR="00483E75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□教育・学生支援</w:t>
            </w:r>
          </w:p>
          <w:p w14:paraId="0D2E1C94" w14:textId="77777777" w:rsidR="00483E75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□研究・産学連携</w:t>
            </w:r>
          </w:p>
          <w:p w14:paraId="5A24A5EE" w14:textId="77777777" w:rsidR="00483E75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□医療</w:t>
            </w:r>
          </w:p>
          <w:p w14:paraId="74516F0C" w14:textId="77777777" w:rsidR="00483E75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□国際連携</w:t>
            </w:r>
          </w:p>
          <w:p w14:paraId="69A269D1" w14:textId="77777777" w:rsidR="00253A07" w:rsidRDefault="008B4F14">
            <w:pPr>
              <w:rPr>
                <w:lang w:eastAsia="ja-JP"/>
              </w:rPr>
            </w:pPr>
            <w:r w:rsidRPr="008B4F14">
              <w:rPr>
                <w:lang w:eastAsia="ja-JP"/>
              </w:rPr>
              <w:t>□スポーツ・芸術・文化</w:t>
            </w:r>
            <w:r w:rsidRPr="008B4F14">
              <w:rPr>
                <w:lang w:eastAsia="ja-JP"/>
              </w:rPr>
              <w:br/>
              <w:t>□社会連携・大学運営</w:t>
            </w:r>
          </w:p>
          <w:p w14:paraId="10067D71" w14:textId="06AE31DA" w:rsidR="0044570F" w:rsidRPr="0044570F" w:rsidRDefault="0044570F">
            <w:pPr>
              <w:rPr>
                <w:lang w:eastAsia="ja-JP"/>
              </w:rPr>
            </w:pPr>
            <w:r w:rsidRPr="008B4F14">
              <w:rPr>
                <w:lang w:eastAsia="ja-JP"/>
              </w:rPr>
              <w:t>□</w:t>
            </w:r>
            <w:r>
              <w:rPr>
                <w:rFonts w:hint="eastAsia"/>
                <w:lang w:eastAsia="ja-JP"/>
              </w:rPr>
              <w:t>その他（　　　　　）</w:t>
            </w:r>
          </w:p>
        </w:tc>
      </w:tr>
      <w:tr w:rsidR="00253A07" w14:paraId="1ADEF48F" w14:textId="77777777" w:rsidTr="002A19F2">
        <w:tc>
          <w:tcPr>
            <w:tcW w:w="4320" w:type="dxa"/>
          </w:tcPr>
          <w:p w14:paraId="7E9C9CD7" w14:textId="4A21A3DC" w:rsidR="00253A07" w:rsidRDefault="00E03001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功績</w:t>
            </w:r>
            <w:r w:rsidR="00E21F37">
              <w:rPr>
                <w:rFonts w:hint="eastAsia"/>
                <w:lang w:eastAsia="ja-JP"/>
              </w:rPr>
              <w:t>名</w:t>
            </w:r>
            <w:r>
              <w:rPr>
                <w:rFonts w:hint="eastAsia"/>
                <w:lang w:eastAsia="ja-JP"/>
              </w:rPr>
              <w:t>（</w:t>
            </w:r>
            <w:r w:rsidR="0004680D">
              <w:rPr>
                <w:rFonts w:hint="eastAsia"/>
                <w:lang w:eastAsia="ja-JP"/>
              </w:rPr>
              <w:t>２０</w:t>
            </w:r>
            <w:r>
              <w:rPr>
                <w:rFonts w:hint="eastAsia"/>
                <w:lang w:eastAsia="ja-JP"/>
              </w:rPr>
              <w:t>文字程度）</w:t>
            </w:r>
          </w:p>
        </w:tc>
        <w:tc>
          <w:tcPr>
            <w:tcW w:w="5002" w:type="dxa"/>
          </w:tcPr>
          <w:p w14:paraId="5939D64C" w14:textId="42CFCAC0" w:rsidR="00253A07" w:rsidRDefault="00253A07">
            <w:pPr>
              <w:rPr>
                <w:lang w:eastAsia="ja-JP"/>
              </w:rPr>
            </w:pPr>
          </w:p>
        </w:tc>
      </w:tr>
      <w:tr w:rsidR="00253A07" w14:paraId="05562A45" w14:textId="77777777" w:rsidTr="002A19F2">
        <w:tc>
          <w:tcPr>
            <w:tcW w:w="4320" w:type="dxa"/>
          </w:tcPr>
          <w:p w14:paraId="34D2746E" w14:textId="77777777" w:rsidR="002A19F2" w:rsidRDefault="008046F1" w:rsidP="00483E75">
            <w:pPr>
              <w:rPr>
                <w:lang w:eastAsia="ja-JP"/>
              </w:rPr>
            </w:pPr>
            <w:r>
              <w:rPr>
                <w:lang w:eastAsia="ja-JP"/>
              </w:rPr>
              <w:t>推薦理由</w:t>
            </w:r>
          </w:p>
          <w:p w14:paraId="7658C858" w14:textId="7933562F" w:rsidR="00483E75" w:rsidRDefault="008046F1" w:rsidP="00483E75">
            <w:pPr>
              <w:rPr>
                <w:lang w:eastAsia="ja-JP"/>
              </w:rPr>
            </w:pPr>
            <w:r w:rsidRPr="008046F1">
              <w:rPr>
                <w:lang w:eastAsia="ja-JP"/>
              </w:rPr>
              <w:t>（被推薦者の功績の内容</w:t>
            </w:r>
            <w:r w:rsidR="00084281">
              <w:rPr>
                <w:lang w:eastAsia="ja-JP"/>
              </w:rPr>
              <w:t>，</w:t>
            </w:r>
            <w:r w:rsidRPr="008046F1">
              <w:rPr>
                <w:lang w:eastAsia="ja-JP"/>
              </w:rPr>
              <w:t>その成果</w:t>
            </w:r>
            <w:r w:rsidR="00084281">
              <w:rPr>
                <w:lang w:eastAsia="ja-JP"/>
              </w:rPr>
              <w:t>，</w:t>
            </w:r>
            <w:r w:rsidRPr="008046F1">
              <w:rPr>
                <w:lang w:eastAsia="ja-JP"/>
              </w:rPr>
              <w:t>大学への貢献及び社会的評価等について</w:t>
            </w:r>
            <w:r w:rsidR="00084281">
              <w:rPr>
                <w:lang w:eastAsia="ja-JP"/>
              </w:rPr>
              <w:t>，</w:t>
            </w:r>
            <w:r w:rsidRPr="008046F1">
              <w:rPr>
                <w:lang w:eastAsia="ja-JP"/>
              </w:rPr>
              <w:t>推薦する理由を記載してください。）</w:t>
            </w:r>
          </w:p>
        </w:tc>
        <w:tc>
          <w:tcPr>
            <w:tcW w:w="5002" w:type="dxa"/>
          </w:tcPr>
          <w:p w14:paraId="3C5C52D8" w14:textId="77777777" w:rsidR="00253A07" w:rsidRDefault="00253A07">
            <w:pPr>
              <w:rPr>
                <w:lang w:eastAsia="ja-JP"/>
              </w:rPr>
            </w:pPr>
          </w:p>
          <w:p w14:paraId="6980BD87" w14:textId="77777777" w:rsidR="00483E75" w:rsidRDefault="00483E75">
            <w:pPr>
              <w:rPr>
                <w:lang w:eastAsia="ja-JP"/>
              </w:rPr>
            </w:pPr>
          </w:p>
          <w:p w14:paraId="46ED3490" w14:textId="77777777" w:rsidR="00483E75" w:rsidRDefault="00483E75">
            <w:pPr>
              <w:rPr>
                <w:lang w:eastAsia="ja-JP"/>
              </w:rPr>
            </w:pPr>
          </w:p>
          <w:p w14:paraId="2E0639CA" w14:textId="77777777" w:rsidR="00483E75" w:rsidRDefault="00483E75">
            <w:pPr>
              <w:rPr>
                <w:lang w:eastAsia="ja-JP"/>
              </w:rPr>
            </w:pPr>
          </w:p>
          <w:p w14:paraId="21E9E509" w14:textId="77777777" w:rsidR="00483E75" w:rsidRDefault="00483E75">
            <w:pPr>
              <w:rPr>
                <w:lang w:eastAsia="ja-JP"/>
              </w:rPr>
            </w:pPr>
          </w:p>
          <w:p w14:paraId="33ACA16A" w14:textId="77777777" w:rsidR="00483E75" w:rsidRDefault="00483E75">
            <w:pPr>
              <w:rPr>
                <w:lang w:eastAsia="ja-JP"/>
              </w:rPr>
            </w:pPr>
          </w:p>
          <w:p w14:paraId="5C7DE124" w14:textId="77777777" w:rsidR="00483E75" w:rsidRDefault="00483E75">
            <w:pPr>
              <w:rPr>
                <w:lang w:eastAsia="ja-JP"/>
              </w:rPr>
            </w:pPr>
          </w:p>
          <w:p w14:paraId="1569E751" w14:textId="77777777" w:rsidR="00483E75" w:rsidRDefault="00483E75">
            <w:pPr>
              <w:rPr>
                <w:lang w:eastAsia="ja-JP"/>
              </w:rPr>
            </w:pPr>
          </w:p>
          <w:p w14:paraId="7DBE54A9" w14:textId="77777777" w:rsidR="00483E75" w:rsidRDefault="00483E75">
            <w:pPr>
              <w:rPr>
                <w:lang w:eastAsia="ja-JP"/>
              </w:rPr>
            </w:pPr>
          </w:p>
          <w:p w14:paraId="137F72C7" w14:textId="77777777" w:rsidR="00483E75" w:rsidRDefault="00483E75">
            <w:pPr>
              <w:rPr>
                <w:lang w:eastAsia="ja-JP"/>
              </w:rPr>
            </w:pPr>
          </w:p>
          <w:p w14:paraId="5EF6761A" w14:textId="77777777" w:rsidR="008B4F14" w:rsidRDefault="008B4F14">
            <w:pPr>
              <w:rPr>
                <w:lang w:eastAsia="ja-JP"/>
              </w:rPr>
            </w:pPr>
          </w:p>
          <w:p w14:paraId="7A9251EA" w14:textId="77777777" w:rsidR="008B4F14" w:rsidRDefault="008B4F14">
            <w:pPr>
              <w:rPr>
                <w:lang w:eastAsia="ja-JP"/>
              </w:rPr>
            </w:pPr>
          </w:p>
          <w:p w14:paraId="4D4D0B8E" w14:textId="77777777" w:rsidR="008B4F14" w:rsidRDefault="008B4F14">
            <w:pPr>
              <w:rPr>
                <w:lang w:eastAsia="ja-JP"/>
              </w:rPr>
            </w:pPr>
          </w:p>
          <w:p w14:paraId="52670057" w14:textId="77777777" w:rsidR="008B4F14" w:rsidRDefault="008B4F14">
            <w:pPr>
              <w:rPr>
                <w:lang w:eastAsia="ja-JP"/>
              </w:rPr>
            </w:pPr>
          </w:p>
          <w:p w14:paraId="57BA6EBA" w14:textId="77777777" w:rsidR="00483E75" w:rsidRDefault="00483E75">
            <w:pPr>
              <w:rPr>
                <w:lang w:eastAsia="ja-JP"/>
              </w:rPr>
            </w:pPr>
          </w:p>
          <w:p w14:paraId="1DF95E08" w14:textId="77777777" w:rsidR="00483E75" w:rsidRDefault="00483E75">
            <w:pPr>
              <w:rPr>
                <w:lang w:eastAsia="ja-JP"/>
              </w:rPr>
            </w:pPr>
          </w:p>
          <w:p w14:paraId="4503F732" w14:textId="77777777" w:rsidR="00483E75" w:rsidRDefault="00483E75">
            <w:pPr>
              <w:rPr>
                <w:lang w:eastAsia="ja-JP"/>
              </w:rPr>
            </w:pPr>
          </w:p>
          <w:p w14:paraId="470AD33A" w14:textId="77777777" w:rsidR="00483E75" w:rsidRDefault="00483E75">
            <w:pPr>
              <w:rPr>
                <w:lang w:eastAsia="ja-JP"/>
              </w:rPr>
            </w:pPr>
          </w:p>
        </w:tc>
      </w:tr>
      <w:tr w:rsidR="00253A07" w14:paraId="067D4879" w14:textId="77777777" w:rsidTr="002A19F2">
        <w:tc>
          <w:tcPr>
            <w:tcW w:w="4320" w:type="dxa"/>
          </w:tcPr>
          <w:p w14:paraId="55A05682" w14:textId="5BD68F82" w:rsidR="00253A07" w:rsidRDefault="005175A5">
            <w:r>
              <w:rPr>
                <w:rFonts w:hint="eastAsia"/>
                <w:lang w:eastAsia="ja-JP"/>
              </w:rPr>
              <w:t>添付</w:t>
            </w:r>
            <w:r w:rsidR="008046F1">
              <w:rPr>
                <w:lang w:eastAsia="ja-JP"/>
              </w:rPr>
              <w:t>資料</w:t>
            </w:r>
            <w:r w:rsidR="00695F2C" w:rsidRPr="00695F2C">
              <w:rPr>
                <w:lang w:eastAsia="ja-JP"/>
              </w:rPr>
              <w:t>（該当するものに☑してください。）</w:t>
            </w:r>
          </w:p>
        </w:tc>
        <w:tc>
          <w:tcPr>
            <w:tcW w:w="5002" w:type="dxa"/>
          </w:tcPr>
          <w:p w14:paraId="5B125353" w14:textId="77777777" w:rsidR="00483E75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□表彰状</w:t>
            </w:r>
          </w:p>
          <w:p w14:paraId="136CF42F" w14:textId="77777777" w:rsidR="00483E75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□新聞記事</w:t>
            </w:r>
          </w:p>
          <w:p w14:paraId="0C58BAEB" w14:textId="6DFF13F1" w:rsidR="00483E75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</w:t>
            </w:r>
            <w:r w:rsidR="00E21F37" w:rsidRPr="00E21F37">
              <w:rPr>
                <w:lang w:eastAsia="ja-JP"/>
              </w:rPr>
              <w:t>報道発表資料</w:t>
            </w:r>
          </w:p>
          <w:p w14:paraId="493B68D8" w14:textId="77777777" w:rsidR="00483E75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□業績一覧</w:t>
            </w:r>
          </w:p>
          <w:p w14:paraId="032390F9" w14:textId="07320B53" w:rsidR="00253A07" w:rsidRDefault="008046F1">
            <w:pPr>
              <w:rPr>
                <w:lang w:eastAsia="ja-JP"/>
              </w:rPr>
            </w:pPr>
            <w:r>
              <w:rPr>
                <w:lang w:eastAsia="ja-JP"/>
              </w:rPr>
              <w:t>□その他</w:t>
            </w:r>
          </w:p>
        </w:tc>
      </w:tr>
      <w:tr w:rsidR="00253A07" w14:paraId="4D05C491" w14:textId="77777777" w:rsidTr="002A19F2">
        <w:tc>
          <w:tcPr>
            <w:tcW w:w="4320" w:type="dxa"/>
          </w:tcPr>
          <w:p w14:paraId="0F51FD4A" w14:textId="7EE49D42" w:rsidR="00253A07" w:rsidRDefault="008046F1">
            <w:r>
              <w:t>推薦部局</w:t>
            </w:r>
            <w:r w:rsidR="005175A5">
              <w:rPr>
                <w:rFonts w:hint="eastAsia"/>
                <w:lang w:eastAsia="ja-JP"/>
              </w:rPr>
              <w:t>等名</w:t>
            </w:r>
          </w:p>
        </w:tc>
        <w:tc>
          <w:tcPr>
            <w:tcW w:w="5002" w:type="dxa"/>
          </w:tcPr>
          <w:p w14:paraId="576EB43F" w14:textId="77777777" w:rsidR="00253A07" w:rsidRDefault="00253A07"/>
        </w:tc>
      </w:tr>
      <w:tr w:rsidR="00253A07" w14:paraId="3BA17D5C" w14:textId="77777777" w:rsidTr="002A19F2">
        <w:tc>
          <w:tcPr>
            <w:tcW w:w="4320" w:type="dxa"/>
          </w:tcPr>
          <w:p w14:paraId="7152D194" w14:textId="77777777" w:rsidR="00253A07" w:rsidRDefault="008046F1">
            <w:r>
              <w:t>推薦者（職・氏名）</w:t>
            </w:r>
          </w:p>
        </w:tc>
        <w:tc>
          <w:tcPr>
            <w:tcW w:w="5002" w:type="dxa"/>
          </w:tcPr>
          <w:p w14:paraId="113F11FB" w14:textId="77777777" w:rsidR="00253A07" w:rsidRDefault="00253A07"/>
        </w:tc>
      </w:tr>
    </w:tbl>
    <w:p w14:paraId="1B9A7718" w14:textId="21196538" w:rsidR="00253A07" w:rsidRPr="002A19F2" w:rsidRDefault="003E162A" w:rsidP="002A19F2">
      <w:pPr>
        <w:spacing w:after="0" w:line="240" w:lineRule="exact"/>
        <w:rPr>
          <w:lang w:eastAsia="ja-JP"/>
        </w:rPr>
      </w:pPr>
      <w:r w:rsidRPr="003E162A">
        <w:rPr>
          <w:lang w:eastAsia="ja-JP"/>
        </w:rPr>
        <w:t>・団体を推薦する場合は</w:t>
      </w:r>
      <w:r w:rsidR="00084281">
        <w:rPr>
          <w:lang w:eastAsia="ja-JP"/>
        </w:rPr>
        <w:t>，</w:t>
      </w:r>
      <w:r w:rsidRPr="003E162A">
        <w:rPr>
          <w:lang w:eastAsia="ja-JP"/>
        </w:rPr>
        <w:t>構成員名簿を添付</w:t>
      </w:r>
      <w:r w:rsidR="008046F1">
        <w:rPr>
          <w:rFonts w:hint="eastAsia"/>
          <w:lang w:eastAsia="ja-JP"/>
        </w:rPr>
        <w:t>してください。</w:t>
      </w:r>
    </w:p>
    <w:sectPr w:rsidR="00253A07" w:rsidRPr="002A19F2" w:rsidSect="008B4F14">
      <w:pgSz w:w="12240" w:h="15840" w:code="1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E13A8" w14:textId="77777777" w:rsidR="00084281" w:rsidRDefault="00084281" w:rsidP="00084281">
      <w:pPr>
        <w:spacing w:after="0" w:line="240" w:lineRule="auto"/>
      </w:pPr>
      <w:r>
        <w:separator/>
      </w:r>
    </w:p>
  </w:endnote>
  <w:endnote w:type="continuationSeparator" w:id="0">
    <w:p w14:paraId="678243CF" w14:textId="77777777" w:rsidR="00084281" w:rsidRDefault="00084281" w:rsidP="00084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E11BB" w14:textId="77777777" w:rsidR="00084281" w:rsidRDefault="00084281" w:rsidP="00084281">
      <w:pPr>
        <w:spacing w:after="0" w:line="240" w:lineRule="auto"/>
      </w:pPr>
      <w:r>
        <w:separator/>
      </w:r>
    </w:p>
  </w:footnote>
  <w:footnote w:type="continuationSeparator" w:id="0">
    <w:p w14:paraId="72BAA4F1" w14:textId="77777777" w:rsidR="00084281" w:rsidRDefault="00084281" w:rsidP="00084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7544453">
    <w:abstractNumId w:val="8"/>
  </w:num>
  <w:num w:numId="2" w16cid:durableId="927617614">
    <w:abstractNumId w:val="6"/>
  </w:num>
  <w:num w:numId="3" w16cid:durableId="85536056">
    <w:abstractNumId w:val="5"/>
  </w:num>
  <w:num w:numId="4" w16cid:durableId="1122383343">
    <w:abstractNumId w:val="4"/>
  </w:num>
  <w:num w:numId="5" w16cid:durableId="102265144">
    <w:abstractNumId w:val="7"/>
  </w:num>
  <w:num w:numId="6" w16cid:durableId="1058817445">
    <w:abstractNumId w:val="3"/>
  </w:num>
  <w:num w:numId="7" w16cid:durableId="713893450">
    <w:abstractNumId w:val="2"/>
  </w:num>
  <w:num w:numId="8" w16cid:durableId="498467141">
    <w:abstractNumId w:val="1"/>
  </w:num>
  <w:num w:numId="9" w16cid:durableId="207422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80D"/>
    <w:rsid w:val="0006063C"/>
    <w:rsid w:val="00084281"/>
    <w:rsid w:val="0015074B"/>
    <w:rsid w:val="00253A07"/>
    <w:rsid w:val="0029639D"/>
    <w:rsid w:val="002A19F2"/>
    <w:rsid w:val="00326F90"/>
    <w:rsid w:val="003A7A42"/>
    <w:rsid w:val="003E162A"/>
    <w:rsid w:val="0044570F"/>
    <w:rsid w:val="00462530"/>
    <w:rsid w:val="00483E75"/>
    <w:rsid w:val="005175A5"/>
    <w:rsid w:val="00695F2C"/>
    <w:rsid w:val="00727F8E"/>
    <w:rsid w:val="008046F1"/>
    <w:rsid w:val="00833D06"/>
    <w:rsid w:val="008B4F14"/>
    <w:rsid w:val="00AA1D8D"/>
    <w:rsid w:val="00B47730"/>
    <w:rsid w:val="00BA3AC9"/>
    <w:rsid w:val="00C64BD7"/>
    <w:rsid w:val="00CB0664"/>
    <w:rsid w:val="00CB5896"/>
    <w:rsid w:val="00D95414"/>
    <w:rsid w:val="00E03001"/>
    <w:rsid w:val="00E21F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D2B9D22"/>
  <w14:defaultImageDpi w14:val="300"/>
  <w15:docId w15:val="{B187AF4C-00D7-4804-9CC3-BE049622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eastAsia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児玉 早苗</cp:lastModifiedBy>
  <cp:revision>10</cp:revision>
  <cp:lastPrinted>2026-07-20T23:10:00Z</cp:lastPrinted>
  <dcterms:created xsi:type="dcterms:W3CDTF">2026-07-20T12:16:00Z</dcterms:created>
  <dcterms:modified xsi:type="dcterms:W3CDTF">2026-07-21T10:53:00Z</dcterms:modified>
  <cp:category/>
</cp:coreProperties>
</file>